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FF300" w14:textId="77777777" w:rsidR="00DE78CF" w:rsidRPr="004271C3" w:rsidRDefault="00551B25">
      <w:pPr>
        <w:jc w:val="center"/>
        <w:rPr>
          <w:lang w:val="sk-SK"/>
        </w:rPr>
      </w:pPr>
      <w:r w:rsidRPr="004271C3">
        <w:rPr>
          <w:b/>
          <w:sz w:val="28"/>
          <w:lang w:val="sk-SK"/>
        </w:rPr>
        <w:t>ŠTATÚT RADY ŠKOLY</w:t>
      </w:r>
    </w:p>
    <w:p w14:paraId="094A2231" w14:textId="668FE13C" w:rsidR="00DE78CF" w:rsidRPr="004271C3" w:rsidRDefault="00551B25">
      <w:pPr>
        <w:rPr>
          <w:lang w:val="sk-SK"/>
        </w:rPr>
      </w:pPr>
      <w:r w:rsidRPr="004271C3">
        <w:rPr>
          <w:b/>
          <w:sz w:val="24"/>
          <w:lang w:val="sk-SK"/>
        </w:rPr>
        <w:t xml:space="preserve">pri </w:t>
      </w:r>
      <w:r w:rsidR="005D5EE5">
        <w:rPr>
          <w:b/>
          <w:sz w:val="24"/>
          <w:lang w:val="sk-SK"/>
        </w:rPr>
        <w:t>Materskej škole</w:t>
      </w:r>
      <w:r w:rsidRPr="004271C3">
        <w:rPr>
          <w:b/>
          <w:sz w:val="24"/>
          <w:lang w:val="sk-SK"/>
        </w:rPr>
        <w:t>,</w:t>
      </w:r>
      <w:r w:rsidR="005D5EE5">
        <w:rPr>
          <w:b/>
          <w:sz w:val="24"/>
          <w:lang w:val="sk-SK"/>
        </w:rPr>
        <w:t xml:space="preserve"> Sásovská cesta 21,</w:t>
      </w:r>
      <w:r w:rsidRPr="004271C3">
        <w:rPr>
          <w:b/>
          <w:sz w:val="24"/>
          <w:lang w:val="sk-SK"/>
        </w:rPr>
        <w:t xml:space="preserve"> Banská Bystrica</w:t>
      </w:r>
    </w:p>
    <w:p w14:paraId="7C0E6772" w14:textId="77777777" w:rsidR="00DE78CF" w:rsidRDefault="00551B25">
      <w:pPr>
        <w:rPr>
          <w:lang w:val="sk-SK"/>
        </w:rPr>
      </w:pPr>
      <w:r w:rsidRPr="004271C3">
        <w:rPr>
          <w:lang w:val="sk-SK"/>
        </w:rPr>
        <w:t>Tento štatút rady školy (ďalej len "štatút") sa vydáva v súlade so zákonom č. 321/2025 Z. z. o školskej správe a o zmene a doplnení niektorých zákonov (účinný od 1. januára 2026) a v nadväznosti na zákon č. 245/2008 Z. z. o výchove a vzdelávaní (školský zákon).</w:t>
      </w:r>
    </w:p>
    <w:p w14:paraId="1DCDFE8A" w14:textId="77777777" w:rsidR="00B75BF1" w:rsidRPr="004271C3" w:rsidRDefault="00B75BF1">
      <w:pPr>
        <w:rPr>
          <w:lang w:val="sk-SK"/>
        </w:rPr>
      </w:pPr>
    </w:p>
    <w:p w14:paraId="257D9BD7" w14:textId="5ED05C69" w:rsidR="00B75BF1" w:rsidRDefault="00551B25" w:rsidP="00DF7933">
      <w:pPr>
        <w:spacing w:line="240" w:lineRule="auto"/>
        <w:jc w:val="center"/>
        <w:rPr>
          <w:b/>
          <w:sz w:val="24"/>
          <w:lang w:val="sk-SK"/>
        </w:rPr>
      </w:pPr>
      <w:r w:rsidRPr="004271C3">
        <w:rPr>
          <w:b/>
          <w:sz w:val="24"/>
          <w:lang w:val="sk-SK"/>
        </w:rPr>
        <w:t>Čl. I</w:t>
      </w:r>
    </w:p>
    <w:p w14:paraId="4FA382B7" w14:textId="00D5CF48" w:rsidR="00DE78CF" w:rsidRPr="004271C3" w:rsidRDefault="00551B25" w:rsidP="00DF7933">
      <w:pPr>
        <w:spacing w:line="240" w:lineRule="auto"/>
        <w:jc w:val="center"/>
        <w:rPr>
          <w:lang w:val="sk-SK"/>
        </w:rPr>
      </w:pPr>
      <w:r w:rsidRPr="004271C3">
        <w:rPr>
          <w:b/>
          <w:sz w:val="24"/>
          <w:lang w:val="sk-SK"/>
        </w:rPr>
        <w:t>Základné ustanovenia</w:t>
      </w:r>
    </w:p>
    <w:p w14:paraId="4EDA7B86" w14:textId="06F1C3AF" w:rsidR="00DE78CF" w:rsidRPr="004271C3" w:rsidRDefault="00551B25">
      <w:pPr>
        <w:rPr>
          <w:lang w:val="sk-SK"/>
        </w:rPr>
      </w:pPr>
      <w:r w:rsidRPr="004271C3">
        <w:rPr>
          <w:b/>
          <w:lang w:val="sk-SK"/>
        </w:rPr>
        <w:t>1. Rada školy</w:t>
      </w:r>
      <w:r w:rsidRPr="004271C3">
        <w:rPr>
          <w:lang w:val="sk-SK"/>
        </w:rPr>
        <w:t xml:space="preserve"> je orgánom školy podľa § 6 zákona č. 321/2025 Z. z. (ďalej len "zákon o školskej správe"). Rada školy pôsobí p</w:t>
      </w:r>
      <w:r w:rsidR="005D5EE5">
        <w:rPr>
          <w:lang w:val="sk-SK"/>
        </w:rPr>
        <w:t>ri Materskej škole</w:t>
      </w:r>
      <w:r w:rsidRPr="004271C3">
        <w:rPr>
          <w:lang w:val="sk-SK"/>
        </w:rPr>
        <w:t xml:space="preserve">, </w:t>
      </w:r>
      <w:r w:rsidR="005D5EE5">
        <w:rPr>
          <w:lang w:val="sk-SK"/>
        </w:rPr>
        <w:t xml:space="preserve">Sásovská cesta 21, </w:t>
      </w:r>
      <w:r w:rsidRPr="004271C3">
        <w:rPr>
          <w:lang w:val="sk-SK"/>
        </w:rPr>
        <w:t>Banská Bystrica (ďalej len "škola").</w:t>
      </w:r>
    </w:p>
    <w:p w14:paraId="2EC1A3BD" w14:textId="77777777" w:rsidR="00DE78CF" w:rsidRDefault="00551B25">
      <w:pPr>
        <w:rPr>
          <w:lang w:val="sk-SK"/>
        </w:rPr>
      </w:pPr>
      <w:r w:rsidRPr="004271C3">
        <w:rPr>
          <w:b/>
          <w:lang w:val="sk-SK"/>
        </w:rPr>
        <w:t>2. Sídlo rady školy</w:t>
      </w:r>
      <w:r w:rsidRPr="004271C3">
        <w:rPr>
          <w:lang w:val="sk-SK"/>
        </w:rPr>
        <w:t xml:space="preserve"> je zhodné so sídlom školy.</w:t>
      </w:r>
    </w:p>
    <w:p w14:paraId="11E0EEC7" w14:textId="77777777" w:rsidR="00DF7933" w:rsidRPr="004271C3" w:rsidRDefault="00DF7933">
      <w:pPr>
        <w:rPr>
          <w:lang w:val="sk-SK"/>
        </w:rPr>
      </w:pPr>
    </w:p>
    <w:p w14:paraId="20ED69AA" w14:textId="77777777" w:rsidR="00DF7933" w:rsidRDefault="00551B25" w:rsidP="00DF7933">
      <w:pPr>
        <w:spacing w:line="240" w:lineRule="auto"/>
        <w:jc w:val="center"/>
        <w:rPr>
          <w:b/>
          <w:sz w:val="24"/>
          <w:lang w:val="sk-SK"/>
        </w:rPr>
      </w:pPr>
      <w:r w:rsidRPr="004271C3">
        <w:rPr>
          <w:b/>
          <w:sz w:val="24"/>
          <w:lang w:val="sk-SK"/>
        </w:rPr>
        <w:t xml:space="preserve">Čl. II  </w:t>
      </w:r>
    </w:p>
    <w:p w14:paraId="55B35E41" w14:textId="4267BDE9" w:rsidR="00DE78CF" w:rsidRPr="00DF7933" w:rsidRDefault="00551B25" w:rsidP="00DF7933">
      <w:pPr>
        <w:spacing w:line="240" w:lineRule="auto"/>
        <w:jc w:val="center"/>
        <w:rPr>
          <w:b/>
          <w:sz w:val="24"/>
          <w:lang w:val="sk-SK"/>
        </w:rPr>
      </w:pPr>
      <w:r w:rsidRPr="004271C3">
        <w:rPr>
          <w:b/>
          <w:sz w:val="24"/>
          <w:lang w:val="sk-SK"/>
        </w:rPr>
        <w:t>Poslanie a pôsobnosť rady školy</w:t>
      </w:r>
    </w:p>
    <w:p w14:paraId="5D33C039" w14:textId="4505367B" w:rsidR="00DE78CF" w:rsidRPr="004271C3" w:rsidRDefault="00551B25">
      <w:pPr>
        <w:rPr>
          <w:lang w:val="sk-SK"/>
        </w:rPr>
      </w:pPr>
      <w:r w:rsidRPr="004271C3">
        <w:rPr>
          <w:lang w:val="sk-SK"/>
        </w:rPr>
        <w:t>1. Rada školy je samosprávnym</w:t>
      </w:r>
      <w:r w:rsidR="00991191">
        <w:rPr>
          <w:lang w:val="sk-SK"/>
        </w:rPr>
        <w:t xml:space="preserve"> </w:t>
      </w:r>
      <w:r w:rsidRPr="004271C3">
        <w:rPr>
          <w:lang w:val="sk-SK"/>
        </w:rPr>
        <w:t>orgánom školy, ktorý vyjadruje a presadzuje verejné záujmy a záujmy žiakov, ich zákonných zástupcov a zamestnancov školy v oblasti výchovy a vzdelávania.</w:t>
      </w:r>
    </w:p>
    <w:p w14:paraId="6521F149" w14:textId="77777777" w:rsidR="00DF7933" w:rsidRPr="004271C3" w:rsidRDefault="00DF7933">
      <w:pPr>
        <w:rPr>
          <w:lang w:val="sk-SK"/>
        </w:rPr>
      </w:pPr>
    </w:p>
    <w:p w14:paraId="44ACAD1D" w14:textId="77777777" w:rsidR="00DF7933" w:rsidRDefault="00551B25" w:rsidP="00DF7933">
      <w:pPr>
        <w:spacing w:line="240" w:lineRule="auto"/>
        <w:jc w:val="center"/>
        <w:rPr>
          <w:b/>
          <w:sz w:val="24"/>
          <w:lang w:val="sk-SK"/>
        </w:rPr>
      </w:pPr>
      <w:r w:rsidRPr="004271C3">
        <w:rPr>
          <w:b/>
          <w:sz w:val="24"/>
          <w:lang w:val="sk-SK"/>
        </w:rPr>
        <w:t xml:space="preserve">Čl. III </w:t>
      </w:r>
    </w:p>
    <w:p w14:paraId="440C3EE8" w14:textId="0DBFCE13" w:rsidR="00DE78CF" w:rsidRDefault="00DB6875" w:rsidP="00DF7933">
      <w:pPr>
        <w:spacing w:line="240" w:lineRule="auto"/>
        <w:jc w:val="center"/>
        <w:rPr>
          <w:b/>
          <w:sz w:val="24"/>
          <w:lang w:val="sk-SK"/>
        </w:rPr>
      </w:pPr>
      <w:r w:rsidRPr="005D5EE5">
        <w:rPr>
          <w:b/>
          <w:sz w:val="24"/>
          <w:lang w:val="sk-SK"/>
        </w:rPr>
        <w:t xml:space="preserve">Úlohy </w:t>
      </w:r>
      <w:r w:rsidR="00551B25" w:rsidRPr="005D5EE5">
        <w:rPr>
          <w:b/>
          <w:sz w:val="24"/>
          <w:lang w:val="sk-SK"/>
        </w:rPr>
        <w:t>rady školy</w:t>
      </w:r>
    </w:p>
    <w:p w14:paraId="6A7C417A" w14:textId="29293924" w:rsidR="003B76BC" w:rsidRPr="005D5EE5" w:rsidRDefault="003B76BC">
      <w:pPr>
        <w:rPr>
          <w:rFonts w:asciiTheme="majorHAnsi" w:hAnsiTheme="majorHAnsi" w:cstheme="majorHAnsi"/>
          <w:bCs/>
        </w:rPr>
      </w:pPr>
      <w:r w:rsidRPr="005D5EE5">
        <w:rPr>
          <w:rFonts w:asciiTheme="majorHAnsi" w:hAnsiTheme="majorHAnsi" w:cstheme="majorHAnsi"/>
          <w:bCs/>
          <w:lang w:val="sk-SK"/>
        </w:rPr>
        <w:t>V zmysle § 16 odsek 2 a 3 zákona o školskej správe rada školy</w:t>
      </w:r>
      <w:r w:rsidRPr="005D5EE5">
        <w:rPr>
          <w:rFonts w:asciiTheme="majorHAnsi" w:hAnsiTheme="majorHAnsi" w:cstheme="majorHAnsi"/>
          <w:bCs/>
        </w:rPr>
        <w:t xml:space="preserve"> plní funkciu verejnej kontroly</w:t>
      </w:r>
      <w:r w:rsidR="005D5EE5">
        <w:rPr>
          <w:rFonts w:asciiTheme="majorHAnsi" w:hAnsiTheme="majorHAnsi" w:cstheme="majorHAnsi"/>
          <w:bCs/>
        </w:rPr>
        <w:t xml:space="preserve">, </w:t>
      </w:r>
      <w:r w:rsidRPr="005D5EE5">
        <w:rPr>
          <w:rFonts w:asciiTheme="majorHAnsi" w:hAnsiTheme="majorHAnsi" w:cstheme="majorHAnsi"/>
          <w:bCs/>
        </w:rPr>
        <w:t xml:space="preserve"> prerok</w:t>
      </w:r>
      <w:r w:rsidR="005D5EE5">
        <w:rPr>
          <w:rFonts w:asciiTheme="majorHAnsi" w:hAnsiTheme="majorHAnsi" w:cstheme="majorHAnsi"/>
          <w:bCs/>
        </w:rPr>
        <w:t>o</w:t>
      </w:r>
      <w:r w:rsidRPr="005D5EE5">
        <w:rPr>
          <w:rFonts w:asciiTheme="majorHAnsi" w:hAnsiTheme="majorHAnsi" w:cstheme="majorHAnsi"/>
          <w:bCs/>
        </w:rPr>
        <w:t>vaním otázok týkajúcich sa vykonávania hlavnej činnosti školy. Rada školy najmä prerokúva:</w:t>
      </w:r>
    </w:p>
    <w:p w14:paraId="3742A71E" w14:textId="55823B9C" w:rsidR="003B76BC" w:rsidRPr="005D5EE5" w:rsidRDefault="003B76BC" w:rsidP="003B76BC">
      <w:pPr>
        <w:pStyle w:val="Odsekzoznamu"/>
        <w:numPr>
          <w:ilvl w:val="0"/>
          <w:numId w:val="12"/>
        </w:numPr>
        <w:rPr>
          <w:rFonts w:asciiTheme="majorHAnsi" w:hAnsiTheme="majorHAnsi" w:cstheme="majorHAnsi"/>
          <w:bCs/>
          <w:lang w:val="sk-SK"/>
        </w:rPr>
      </w:pPr>
      <w:r w:rsidRPr="005D5EE5">
        <w:rPr>
          <w:rFonts w:asciiTheme="majorHAnsi" w:hAnsiTheme="majorHAnsi" w:cstheme="majorHAnsi"/>
          <w:bCs/>
          <w:lang w:val="sk-SK"/>
        </w:rPr>
        <w:t>Školský poriadok,</w:t>
      </w:r>
    </w:p>
    <w:p w14:paraId="6605AA71" w14:textId="0035B1E8" w:rsidR="003B76BC" w:rsidRPr="005D5EE5" w:rsidRDefault="003B76BC" w:rsidP="003B76BC">
      <w:pPr>
        <w:pStyle w:val="Odsekzoznamu"/>
        <w:numPr>
          <w:ilvl w:val="0"/>
          <w:numId w:val="12"/>
        </w:numPr>
        <w:rPr>
          <w:rFonts w:asciiTheme="majorHAnsi" w:hAnsiTheme="majorHAnsi" w:cstheme="majorHAnsi"/>
          <w:bCs/>
          <w:lang w:val="sk-SK"/>
        </w:rPr>
      </w:pPr>
      <w:r w:rsidRPr="005D5EE5">
        <w:rPr>
          <w:rFonts w:asciiTheme="majorHAnsi" w:hAnsiTheme="majorHAnsi" w:cstheme="majorHAnsi"/>
          <w:bCs/>
          <w:lang w:val="sk-SK"/>
        </w:rPr>
        <w:t>Školský vzdelávací program,</w:t>
      </w:r>
    </w:p>
    <w:p w14:paraId="61039FAD" w14:textId="37CD3F56" w:rsidR="003B76BC" w:rsidRPr="005D5EE5" w:rsidRDefault="003B76BC" w:rsidP="003B76BC">
      <w:pPr>
        <w:pStyle w:val="Odsekzoznamu"/>
        <w:numPr>
          <w:ilvl w:val="0"/>
          <w:numId w:val="12"/>
        </w:numPr>
        <w:rPr>
          <w:rFonts w:asciiTheme="majorHAnsi" w:hAnsiTheme="majorHAnsi" w:cstheme="majorHAnsi"/>
          <w:bCs/>
          <w:lang w:val="sk-SK"/>
        </w:rPr>
      </w:pPr>
      <w:r w:rsidRPr="005D5EE5">
        <w:rPr>
          <w:rFonts w:asciiTheme="majorHAnsi" w:hAnsiTheme="majorHAnsi" w:cstheme="majorHAnsi"/>
          <w:bCs/>
          <w:lang w:val="sk-SK"/>
        </w:rPr>
        <w:t xml:space="preserve">Výročnú správu (v zmysle § 40 odsek 2 </w:t>
      </w:r>
      <w:r w:rsidR="00BB0531" w:rsidRPr="005D5EE5">
        <w:rPr>
          <w:rFonts w:asciiTheme="majorHAnsi" w:hAnsiTheme="majorHAnsi" w:cstheme="majorHAnsi"/>
          <w:bCs/>
          <w:lang w:val="sk-SK"/>
        </w:rPr>
        <w:t>zákona o školskej správe</w:t>
      </w:r>
      <w:r w:rsidRPr="005D5EE5">
        <w:rPr>
          <w:rFonts w:asciiTheme="majorHAnsi" w:hAnsiTheme="majorHAnsi" w:cstheme="majorHAnsi"/>
          <w:bCs/>
          <w:lang w:val="sk-SK"/>
        </w:rPr>
        <w:t>),</w:t>
      </w:r>
    </w:p>
    <w:p w14:paraId="476DB015" w14:textId="7017A0D7" w:rsidR="003B76BC" w:rsidRPr="005D5EE5" w:rsidRDefault="003B76BC" w:rsidP="003B76BC">
      <w:pPr>
        <w:pStyle w:val="Odsekzoznamu"/>
        <w:numPr>
          <w:ilvl w:val="0"/>
          <w:numId w:val="12"/>
        </w:numPr>
        <w:rPr>
          <w:rFonts w:asciiTheme="majorHAnsi" w:hAnsiTheme="majorHAnsi" w:cstheme="majorHAnsi"/>
          <w:bCs/>
          <w:lang w:val="sk-SK"/>
        </w:rPr>
      </w:pPr>
      <w:r w:rsidRPr="005D5EE5">
        <w:rPr>
          <w:rFonts w:asciiTheme="majorHAnsi" w:hAnsiTheme="majorHAnsi" w:cstheme="majorHAnsi"/>
          <w:bCs/>
        </w:rPr>
        <w:t>iné dôležité dokumenty a skutočnosti, ktoré sa týkajú činnosti školy.</w:t>
      </w:r>
    </w:p>
    <w:p w14:paraId="6E96A235" w14:textId="77777777" w:rsidR="00BE5CBB" w:rsidRPr="005D5EE5" w:rsidRDefault="00BE5CBB" w:rsidP="00BE5CBB">
      <w:pPr>
        <w:pStyle w:val="Odsekzoznamu"/>
        <w:ind w:left="1080"/>
        <w:rPr>
          <w:rFonts w:asciiTheme="majorHAnsi" w:hAnsiTheme="majorHAnsi" w:cstheme="majorHAnsi"/>
          <w:bCs/>
          <w:lang w:val="sk-SK"/>
        </w:rPr>
      </w:pPr>
    </w:p>
    <w:p w14:paraId="26A223C7" w14:textId="4313B7C6" w:rsidR="00DE78CF" w:rsidRPr="005D5EE5" w:rsidRDefault="005D5EE5" w:rsidP="005D5EE5">
      <w:pPr>
        <w:rPr>
          <w:lang w:val="sk-SK"/>
        </w:rPr>
      </w:pPr>
      <w:r w:rsidRPr="005D5EE5">
        <w:rPr>
          <w:lang w:val="sk-SK"/>
        </w:rPr>
        <w:t>V</w:t>
      </w:r>
      <w:r w:rsidR="00551B25" w:rsidRPr="005D5EE5">
        <w:rPr>
          <w:lang w:val="sk-SK"/>
        </w:rPr>
        <w:t>ykonáva ďalšie pôsobnosti zverené jej právnymi predpismi alebo zriaďovateľom, ktoré sú v súlade so zákonom o školskej správe.</w:t>
      </w:r>
    </w:p>
    <w:p w14:paraId="7BF896DA" w14:textId="77777777" w:rsidR="00BE5CBB" w:rsidRPr="00C939B1" w:rsidRDefault="00BE5CBB">
      <w:pPr>
        <w:ind w:left="240"/>
        <w:rPr>
          <w:highlight w:val="lightGray"/>
          <w:lang w:val="sk-SK"/>
        </w:rPr>
      </w:pPr>
    </w:p>
    <w:p w14:paraId="276B7DF7" w14:textId="197127F5" w:rsidR="00E817BB" w:rsidRPr="004271C3" w:rsidRDefault="005D5EE5" w:rsidP="00E817BB">
      <w:pPr>
        <w:ind w:left="240"/>
        <w:rPr>
          <w:lang w:val="sk-SK"/>
        </w:rPr>
      </w:pPr>
      <w:r w:rsidRPr="005D5EE5">
        <w:rPr>
          <w:b/>
          <w:bCs/>
          <w:lang w:val="sk-SK"/>
        </w:rPr>
        <w:t>V</w:t>
      </w:r>
      <w:r w:rsidR="00E817BB" w:rsidRPr="005D5EE5">
        <w:rPr>
          <w:lang w:val="sk-SK"/>
        </w:rPr>
        <w:t>yjadruje sa k otázkam zaraďovania a vyraďovania školy v registri podľa zákona o školskej správe,</w:t>
      </w:r>
    </w:p>
    <w:p w14:paraId="78413179" w14:textId="77777777" w:rsidR="00DF7933" w:rsidRDefault="00DF7933" w:rsidP="00DF7933">
      <w:pPr>
        <w:spacing w:line="240" w:lineRule="auto"/>
        <w:jc w:val="center"/>
        <w:rPr>
          <w:b/>
          <w:sz w:val="24"/>
          <w:lang w:val="sk-SK"/>
        </w:rPr>
      </w:pPr>
    </w:p>
    <w:p w14:paraId="72DCE1EE" w14:textId="77777777" w:rsidR="00DF7933" w:rsidRDefault="00551B25" w:rsidP="00DF7933">
      <w:pPr>
        <w:spacing w:line="240" w:lineRule="auto"/>
        <w:jc w:val="center"/>
        <w:rPr>
          <w:b/>
          <w:sz w:val="24"/>
          <w:lang w:val="sk-SK"/>
        </w:rPr>
      </w:pPr>
      <w:r w:rsidRPr="004271C3">
        <w:rPr>
          <w:b/>
          <w:sz w:val="24"/>
          <w:lang w:val="sk-SK"/>
        </w:rPr>
        <w:t xml:space="preserve">Čl. IV </w:t>
      </w:r>
    </w:p>
    <w:p w14:paraId="35436289" w14:textId="60352BC4" w:rsidR="00DE78CF" w:rsidRPr="00DF7933" w:rsidRDefault="00551B25" w:rsidP="00DF7933">
      <w:pPr>
        <w:spacing w:line="240" w:lineRule="auto"/>
        <w:jc w:val="center"/>
        <w:rPr>
          <w:b/>
          <w:sz w:val="24"/>
          <w:lang w:val="sk-SK"/>
        </w:rPr>
      </w:pPr>
      <w:r w:rsidRPr="004271C3">
        <w:rPr>
          <w:b/>
          <w:sz w:val="24"/>
          <w:lang w:val="sk-SK"/>
        </w:rPr>
        <w:t>Zloženie rady školy</w:t>
      </w:r>
    </w:p>
    <w:p w14:paraId="7527E20E" w14:textId="77777777" w:rsidR="00DE78CF" w:rsidRPr="004271C3" w:rsidRDefault="00551B25">
      <w:pPr>
        <w:rPr>
          <w:lang w:val="sk-SK"/>
        </w:rPr>
      </w:pPr>
      <w:r w:rsidRPr="004271C3">
        <w:rPr>
          <w:lang w:val="sk-SK"/>
        </w:rPr>
        <w:t>1. Rada školy má nepárny počet členov. Členmi rady školy sú zástupcovia zriaďovateľa, zástupcovia zamestnancov, zástupcovia zákonných zástupcov žiakov a jeden zástupca žiakov</w:t>
      </w:r>
      <w:r w:rsidR="00742FA9" w:rsidRPr="004271C3">
        <w:rPr>
          <w:lang w:val="sk-SK"/>
        </w:rPr>
        <w:t>.</w:t>
      </w:r>
      <w:r w:rsidRPr="004271C3">
        <w:rPr>
          <w:lang w:val="sk-SK"/>
        </w:rPr>
        <w:t xml:space="preserve"> </w:t>
      </w:r>
    </w:p>
    <w:p w14:paraId="16182D72" w14:textId="436C4725" w:rsidR="00DE78CF" w:rsidRPr="004271C3" w:rsidRDefault="00551B25">
      <w:pPr>
        <w:rPr>
          <w:lang w:val="sk-SK"/>
        </w:rPr>
      </w:pPr>
      <w:r w:rsidRPr="004271C3">
        <w:rPr>
          <w:lang w:val="sk-SK"/>
        </w:rPr>
        <w:t xml:space="preserve">2. Počet členov a pomer zastúpenia jednotlivých skupín určí zriaďovateľ v súlade s § 18 zákona o školskej správe. Pre túto školu sa ustanovuje nasledovné zloženie: 11 členov, z toho 4 </w:t>
      </w:r>
      <w:r w:rsidR="009F32C8" w:rsidRPr="005D5EE5">
        <w:rPr>
          <w:lang w:val="sk-SK"/>
        </w:rPr>
        <w:t>zvolení</w:t>
      </w:r>
      <w:r w:rsidR="009F32C8">
        <w:rPr>
          <w:lang w:val="sk-SK"/>
        </w:rPr>
        <w:t xml:space="preserve"> </w:t>
      </w:r>
      <w:r w:rsidRPr="004271C3">
        <w:rPr>
          <w:lang w:val="sk-SK"/>
        </w:rPr>
        <w:t xml:space="preserve">zástupcovia zákonných zástupcov </w:t>
      </w:r>
      <w:r w:rsidR="005D5EE5">
        <w:rPr>
          <w:lang w:val="sk-SK"/>
        </w:rPr>
        <w:t xml:space="preserve">detí, </w:t>
      </w:r>
      <w:r w:rsidRPr="004271C3">
        <w:rPr>
          <w:lang w:val="sk-SK"/>
        </w:rPr>
        <w:t xml:space="preserve"> </w:t>
      </w:r>
      <w:r w:rsidR="00742FA9" w:rsidRPr="004271C3">
        <w:rPr>
          <w:lang w:val="sk-SK"/>
        </w:rPr>
        <w:t>3</w:t>
      </w:r>
      <w:r w:rsidRPr="004271C3">
        <w:rPr>
          <w:lang w:val="sk-SK"/>
        </w:rPr>
        <w:t xml:space="preserve"> </w:t>
      </w:r>
      <w:r w:rsidR="009F32C8" w:rsidRPr="005D5EE5">
        <w:rPr>
          <w:lang w:val="sk-SK"/>
        </w:rPr>
        <w:t>zvolení</w:t>
      </w:r>
      <w:r w:rsidR="009F32C8">
        <w:rPr>
          <w:lang w:val="sk-SK"/>
        </w:rPr>
        <w:t xml:space="preserve"> </w:t>
      </w:r>
      <w:r w:rsidRPr="004271C3">
        <w:rPr>
          <w:lang w:val="sk-SK"/>
        </w:rPr>
        <w:t>zástupcovia zamestnancov</w:t>
      </w:r>
      <w:r w:rsidR="005D7CA2">
        <w:rPr>
          <w:lang w:val="sk-SK"/>
        </w:rPr>
        <w:t xml:space="preserve"> </w:t>
      </w:r>
      <w:r w:rsidR="005D7CA2" w:rsidRPr="005D5EE5">
        <w:rPr>
          <w:lang w:val="sk-SK"/>
        </w:rPr>
        <w:t>školy</w:t>
      </w:r>
      <w:r w:rsidRPr="005D5EE5">
        <w:rPr>
          <w:lang w:val="sk-SK"/>
        </w:rPr>
        <w:t>,</w:t>
      </w:r>
      <w:r w:rsidRPr="004271C3">
        <w:rPr>
          <w:lang w:val="sk-SK"/>
        </w:rPr>
        <w:t xml:space="preserve"> </w:t>
      </w:r>
      <w:r w:rsidR="005D5EE5">
        <w:rPr>
          <w:lang w:val="sk-SK"/>
        </w:rPr>
        <w:t>4</w:t>
      </w:r>
      <w:r w:rsidRPr="004271C3">
        <w:rPr>
          <w:lang w:val="sk-SK"/>
        </w:rPr>
        <w:t xml:space="preserve"> </w:t>
      </w:r>
      <w:r w:rsidR="009F32C8" w:rsidRPr="005D5EE5">
        <w:rPr>
          <w:lang w:val="sk-SK"/>
        </w:rPr>
        <w:t>delegovaní</w:t>
      </w:r>
      <w:r w:rsidR="009F32C8">
        <w:rPr>
          <w:lang w:val="sk-SK"/>
        </w:rPr>
        <w:t xml:space="preserve"> </w:t>
      </w:r>
      <w:r w:rsidRPr="004271C3">
        <w:rPr>
          <w:lang w:val="sk-SK"/>
        </w:rPr>
        <w:t xml:space="preserve">zástupcovia zriaďovateľa </w:t>
      </w:r>
      <w:r w:rsidR="005D5EE5">
        <w:rPr>
          <w:lang w:val="sk-SK"/>
        </w:rPr>
        <w:t>.</w:t>
      </w:r>
    </w:p>
    <w:p w14:paraId="389439B8" w14:textId="77777777" w:rsidR="00DE78CF" w:rsidRDefault="00551B25">
      <w:pPr>
        <w:rPr>
          <w:lang w:val="sk-SK"/>
        </w:rPr>
      </w:pPr>
      <w:r w:rsidRPr="004271C3">
        <w:rPr>
          <w:lang w:val="sk-SK"/>
        </w:rPr>
        <w:t>3. Členom rady školy nemôže byť riaditeľ školy ani jeho zástupca.</w:t>
      </w:r>
    </w:p>
    <w:p w14:paraId="4348960F" w14:textId="77777777" w:rsidR="00DF7933" w:rsidRDefault="00DF7933" w:rsidP="00DF7933">
      <w:pPr>
        <w:spacing w:line="240" w:lineRule="auto"/>
        <w:jc w:val="center"/>
        <w:rPr>
          <w:b/>
          <w:sz w:val="24"/>
          <w:lang w:val="sk-SK"/>
        </w:rPr>
      </w:pPr>
    </w:p>
    <w:p w14:paraId="6101F7F8" w14:textId="77777777" w:rsidR="00DF7933" w:rsidRDefault="00664C16" w:rsidP="00DF7933">
      <w:pPr>
        <w:spacing w:line="240" w:lineRule="auto"/>
        <w:jc w:val="center"/>
        <w:rPr>
          <w:b/>
          <w:sz w:val="24"/>
          <w:lang w:val="sk-SK"/>
        </w:rPr>
      </w:pPr>
      <w:r w:rsidRPr="004271C3">
        <w:rPr>
          <w:b/>
          <w:sz w:val="24"/>
          <w:lang w:val="sk-SK"/>
        </w:rPr>
        <w:t xml:space="preserve">Čl. V </w:t>
      </w:r>
    </w:p>
    <w:p w14:paraId="29771060" w14:textId="06A0C714" w:rsidR="00664C16" w:rsidRPr="00DF7933" w:rsidRDefault="00664C16" w:rsidP="00DF7933">
      <w:pPr>
        <w:spacing w:line="240" w:lineRule="auto"/>
        <w:jc w:val="center"/>
        <w:rPr>
          <w:b/>
          <w:sz w:val="24"/>
          <w:lang w:val="sk-SK"/>
        </w:rPr>
      </w:pPr>
      <w:r>
        <w:rPr>
          <w:b/>
          <w:sz w:val="24"/>
          <w:lang w:val="sk-SK"/>
        </w:rPr>
        <w:t>Práva a povinnosti</w:t>
      </w:r>
      <w:r w:rsidRPr="004271C3">
        <w:rPr>
          <w:b/>
          <w:sz w:val="24"/>
          <w:lang w:val="sk-SK"/>
        </w:rPr>
        <w:t xml:space="preserve"> členov rady školy</w:t>
      </w:r>
    </w:p>
    <w:p w14:paraId="57BC061F" w14:textId="77777777" w:rsidR="00664C16" w:rsidRPr="00664C16" w:rsidRDefault="00664C16" w:rsidP="00664C16">
      <w:pPr>
        <w:spacing w:after="0"/>
        <w:rPr>
          <w:lang w:val="sk-SK"/>
        </w:rPr>
      </w:pPr>
      <w:r w:rsidRPr="004271C3">
        <w:rPr>
          <w:lang w:val="sk-SK"/>
        </w:rPr>
        <w:t xml:space="preserve">1. </w:t>
      </w:r>
      <w:r>
        <w:rPr>
          <w:lang w:val="sk-SK"/>
        </w:rPr>
        <w:t xml:space="preserve"> </w:t>
      </w:r>
      <w:r w:rsidRPr="00664C16">
        <w:rPr>
          <w:lang w:val="sk-SK"/>
        </w:rPr>
        <w:t>Člen má právo:</w:t>
      </w:r>
    </w:p>
    <w:p w14:paraId="6343A588" w14:textId="77777777" w:rsidR="00664C16" w:rsidRPr="00664C16" w:rsidRDefault="00664C16" w:rsidP="00664C16">
      <w:pPr>
        <w:spacing w:after="0"/>
        <w:rPr>
          <w:lang w:val="sk-SK"/>
        </w:rPr>
      </w:pPr>
      <w:r w:rsidRPr="00664C16">
        <w:rPr>
          <w:lang w:val="sk-SK"/>
        </w:rPr>
        <w:t>a)</w:t>
      </w:r>
      <w:r>
        <w:rPr>
          <w:lang w:val="sk-SK"/>
        </w:rPr>
        <w:t xml:space="preserve"> </w:t>
      </w:r>
      <w:r w:rsidRPr="00664C16">
        <w:rPr>
          <w:lang w:val="sk-SK"/>
        </w:rPr>
        <w:t>voliť a byť volený do funkcie predsedu,</w:t>
      </w:r>
    </w:p>
    <w:p w14:paraId="35323D2E" w14:textId="77777777" w:rsidR="00664C16" w:rsidRPr="00664C16" w:rsidRDefault="00664C16" w:rsidP="00664C16">
      <w:pPr>
        <w:spacing w:after="0"/>
        <w:rPr>
          <w:lang w:val="sk-SK"/>
        </w:rPr>
      </w:pPr>
      <w:r w:rsidRPr="00664C16">
        <w:rPr>
          <w:lang w:val="sk-SK"/>
        </w:rPr>
        <w:t>b)</w:t>
      </w:r>
      <w:r>
        <w:rPr>
          <w:lang w:val="sk-SK"/>
        </w:rPr>
        <w:t xml:space="preserve"> </w:t>
      </w:r>
      <w:r w:rsidRPr="00664C16">
        <w:rPr>
          <w:lang w:val="sk-SK"/>
        </w:rPr>
        <w:t>navrhovať kandidátov na funkciu predsedu rady školy,</w:t>
      </w:r>
    </w:p>
    <w:p w14:paraId="6361E154" w14:textId="77777777" w:rsidR="00664C16" w:rsidRPr="00664C16" w:rsidRDefault="00664C16" w:rsidP="00664C16">
      <w:pPr>
        <w:spacing w:after="0"/>
        <w:rPr>
          <w:lang w:val="sk-SK"/>
        </w:rPr>
      </w:pPr>
      <w:r w:rsidRPr="00664C16">
        <w:rPr>
          <w:lang w:val="sk-SK"/>
        </w:rPr>
        <w:t>c)</w:t>
      </w:r>
      <w:r>
        <w:rPr>
          <w:lang w:val="sk-SK"/>
        </w:rPr>
        <w:t xml:space="preserve"> </w:t>
      </w:r>
      <w:r w:rsidRPr="00664C16">
        <w:rPr>
          <w:lang w:val="sk-SK"/>
        </w:rPr>
        <w:t>byť informovaný o všetkých skutočnostiach, ktoré sú predmetom rokovania rady školy                  a slobodne sa k nim vyjadrovať,</w:t>
      </w:r>
    </w:p>
    <w:p w14:paraId="3D0E48A1" w14:textId="77777777" w:rsidR="00664C16" w:rsidRPr="00664C16" w:rsidRDefault="00664C16" w:rsidP="00664C16">
      <w:pPr>
        <w:spacing w:after="0"/>
        <w:rPr>
          <w:lang w:val="sk-SK"/>
        </w:rPr>
      </w:pPr>
      <w:r w:rsidRPr="00664C16">
        <w:rPr>
          <w:lang w:val="sk-SK"/>
        </w:rPr>
        <w:t>d)</w:t>
      </w:r>
      <w:r>
        <w:rPr>
          <w:lang w:val="sk-SK"/>
        </w:rPr>
        <w:t xml:space="preserve"> </w:t>
      </w:r>
      <w:r w:rsidRPr="00664C16">
        <w:rPr>
          <w:lang w:val="sk-SK"/>
        </w:rPr>
        <w:t>hlasovať ku všetkým uzneseniam rady školy,</w:t>
      </w:r>
    </w:p>
    <w:p w14:paraId="68051EA7" w14:textId="77777777" w:rsidR="00664C16" w:rsidRPr="00664C16" w:rsidRDefault="00664C16" w:rsidP="00664C16">
      <w:pPr>
        <w:spacing w:after="0"/>
        <w:rPr>
          <w:lang w:val="sk-SK"/>
        </w:rPr>
      </w:pPr>
      <w:r w:rsidRPr="00664C16">
        <w:rPr>
          <w:lang w:val="sk-SK"/>
        </w:rPr>
        <w:t>e)</w:t>
      </w:r>
      <w:r>
        <w:rPr>
          <w:lang w:val="sk-SK"/>
        </w:rPr>
        <w:t xml:space="preserve"> </w:t>
      </w:r>
      <w:r w:rsidRPr="00664C16">
        <w:rPr>
          <w:lang w:val="sk-SK"/>
        </w:rPr>
        <w:t>predkladať na rokovanie rady školy vlastné námety prípadne materiály.</w:t>
      </w:r>
    </w:p>
    <w:p w14:paraId="2775E887" w14:textId="77777777" w:rsidR="00664C16" w:rsidRDefault="00664C16" w:rsidP="00664C16">
      <w:pPr>
        <w:spacing w:after="0"/>
        <w:rPr>
          <w:lang w:val="sk-SK"/>
        </w:rPr>
      </w:pPr>
    </w:p>
    <w:p w14:paraId="7166402F" w14:textId="2725FB2E" w:rsidR="00664C16" w:rsidRDefault="00664C16" w:rsidP="00664C16">
      <w:pPr>
        <w:spacing w:after="0"/>
        <w:rPr>
          <w:lang w:val="sk-SK"/>
        </w:rPr>
      </w:pPr>
      <w:r w:rsidRPr="00664C16">
        <w:rPr>
          <w:lang w:val="sk-SK"/>
        </w:rPr>
        <w:t>2.</w:t>
      </w:r>
      <w:r>
        <w:rPr>
          <w:lang w:val="sk-SK"/>
        </w:rPr>
        <w:t xml:space="preserve"> </w:t>
      </w:r>
      <w:r w:rsidRPr="00664C16">
        <w:rPr>
          <w:lang w:val="sk-SK"/>
        </w:rPr>
        <w:t>Člen rady školy je povinný sa zúčastňovať jej zasadnutí. Neúčasť na troch po sebe nasledujúcich zasadnutiach (bez náležitého ospravedlnenia) sa hodnotí ako nezáujem o výkon funkcie a neplnenie povinností člena rady školy podľa tohto štatútu.</w:t>
      </w:r>
      <w:r w:rsidR="00B5130E">
        <w:rPr>
          <w:lang w:val="sk-SK"/>
        </w:rPr>
        <w:t xml:space="preserve"> </w:t>
      </w:r>
    </w:p>
    <w:p w14:paraId="6810F505" w14:textId="7AFB5190" w:rsidR="00B5130E" w:rsidRPr="00664C16" w:rsidRDefault="00B5130E" w:rsidP="00664C16">
      <w:pPr>
        <w:spacing w:after="0"/>
        <w:rPr>
          <w:lang w:val="sk-SK"/>
        </w:rPr>
      </w:pPr>
      <w:r w:rsidRPr="00853291">
        <w:t>Členstvo v rade školy je nezastupiteľné, (v zmysle § 19 ods. 5 zákona o školskej správe).</w:t>
      </w:r>
    </w:p>
    <w:p w14:paraId="7AB92D4D" w14:textId="77777777" w:rsidR="00664C16" w:rsidRPr="00664C16" w:rsidRDefault="00664C16" w:rsidP="00664C16">
      <w:pPr>
        <w:spacing w:after="0"/>
        <w:rPr>
          <w:lang w:val="sk-SK"/>
        </w:rPr>
      </w:pPr>
    </w:p>
    <w:p w14:paraId="2D0BE846" w14:textId="77777777" w:rsidR="00664C16" w:rsidRDefault="00664C16" w:rsidP="00664C16">
      <w:pPr>
        <w:spacing w:after="0"/>
        <w:rPr>
          <w:lang w:val="sk-SK"/>
        </w:rPr>
      </w:pPr>
      <w:r>
        <w:rPr>
          <w:lang w:val="sk-SK"/>
        </w:rPr>
        <w:t xml:space="preserve">3. </w:t>
      </w:r>
      <w:r w:rsidRPr="00664C16">
        <w:rPr>
          <w:lang w:val="sk-SK"/>
        </w:rPr>
        <w:t>Člen rady školy je povinný zabezpečiť ochranu osobných údajov chránených všeobecne záväznými právnymi predpismi.</w:t>
      </w:r>
      <w:r>
        <w:rPr>
          <w:lang w:val="sk-SK"/>
        </w:rPr>
        <w:t xml:space="preserve"> Členovia rady školy sú povinní dodržiavať mlčanlivosť a v prípade neverejných zasadnutí alebo bodov zasadnutí sú povinní informácie z týchto zasadnutí alebo bodov zasadnutí udržiavať v tajnosti.</w:t>
      </w:r>
    </w:p>
    <w:p w14:paraId="13A4F436" w14:textId="77777777" w:rsidR="00DF7933" w:rsidRDefault="00551B25" w:rsidP="00DF7933">
      <w:pPr>
        <w:spacing w:line="240" w:lineRule="auto"/>
        <w:jc w:val="center"/>
        <w:rPr>
          <w:b/>
          <w:sz w:val="24"/>
          <w:lang w:val="sk-SK"/>
        </w:rPr>
      </w:pPr>
      <w:r w:rsidRPr="004271C3">
        <w:rPr>
          <w:b/>
          <w:sz w:val="24"/>
          <w:lang w:val="sk-SK"/>
        </w:rPr>
        <w:t>Čl. V</w:t>
      </w:r>
      <w:r w:rsidR="00664C16">
        <w:rPr>
          <w:b/>
          <w:sz w:val="24"/>
          <w:lang w:val="sk-SK"/>
        </w:rPr>
        <w:t>I</w:t>
      </w:r>
      <w:r w:rsidRPr="004271C3">
        <w:rPr>
          <w:b/>
          <w:sz w:val="24"/>
          <w:lang w:val="sk-SK"/>
        </w:rPr>
        <w:t xml:space="preserve"> </w:t>
      </w:r>
    </w:p>
    <w:p w14:paraId="252C24A5" w14:textId="5EF261F6" w:rsidR="00DE78CF" w:rsidRPr="00DF7933" w:rsidRDefault="00551B25" w:rsidP="00DF7933">
      <w:pPr>
        <w:spacing w:line="240" w:lineRule="auto"/>
        <w:jc w:val="center"/>
        <w:rPr>
          <w:b/>
          <w:sz w:val="24"/>
          <w:lang w:val="sk-SK"/>
        </w:rPr>
      </w:pPr>
      <w:r w:rsidRPr="004271C3">
        <w:rPr>
          <w:b/>
          <w:sz w:val="24"/>
          <w:lang w:val="sk-SK"/>
        </w:rPr>
        <w:t xml:space="preserve"> Ustanovenie a voľby členov rady školy</w:t>
      </w:r>
    </w:p>
    <w:p w14:paraId="29868B29" w14:textId="77777777" w:rsidR="00DE78CF" w:rsidRPr="004271C3" w:rsidRDefault="00551B25">
      <w:pPr>
        <w:rPr>
          <w:lang w:val="sk-SK"/>
        </w:rPr>
      </w:pPr>
      <w:r w:rsidRPr="004271C3">
        <w:rPr>
          <w:lang w:val="sk-SK"/>
        </w:rPr>
        <w:lastRenderedPageBreak/>
        <w:t>1. Za ustanovenie rady školy zodpovedá zriaďovateľ. Voľby členov rady školy vyhlasuje zriaďovateľ zverejnením informácie na webovom sídle školy; organizačne zabezpečuje voľby riaditeľ školy.</w:t>
      </w:r>
    </w:p>
    <w:p w14:paraId="299566BB" w14:textId="77777777" w:rsidR="00DE78CF" w:rsidRPr="004271C3" w:rsidRDefault="00551B25">
      <w:pPr>
        <w:rPr>
          <w:lang w:val="sk-SK"/>
        </w:rPr>
      </w:pPr>
      <w:r w:rsidRPr="004271C3">
        <w:rPr>
          <w:lang w:val="sk-SK"/>
        </w:rPr>
        <w:t xml:space="preserve">2. Voľby volených členov rady školy sa uskutočnia </w:t>
      </w:r>
      <w:r w:rsidR="00742FA9" w:rsidRPr="004271C3">
        <w:rPr>
          <w:lang w:val="sk-SK"/>
        </w:rPr>
        <w:t>v súlade s § 20 a § 21 zákona o školskej</w:t>
      </w:r>
      <w:r w:rsidR="004271C3" w:rsidRPr="004271C3">
        <w:rPr>
          <w:lang w:val="sk-SK"/>
        </w:rPr>
        <w:t xml:space="preserve"> správe.</w:t>
      </w:r>
      <w:r w:rsidR="0098617C">
        <w:rPr>
          <w:lang w:val="sk-SK"/>
        </w:rPr>
        <w:t xml:space="preserve"> Priebeh volieb zabezpečuje a dohliada volebná komisia, ktorú tvorí predseda rady školy a traja ním poverení členovia. Členom volebnej komisie nesmie byť osoba, ktorá kandiduje za ktorúkoľvek kategóriu. Pri rovnosti hlasov sa poradie určí verejným žrebovaním. Žrebovanie uskutoční volebná komisia.</w:t>
      </w:r>
    </w:p>
    <w:p w14:paraId="6392EEAB" w14:textId="3160AA11" w:rsidR="00DE78CF" w:rsidRDefault="00551B25">
      <w:pPr>
        <w:rPr>
          <w:lang w:val="sk-SK"/>
        </w:rPr>
      </w:pPr>
      <w:r w:rsidRPr="004271C3">
        <w:rPr>
          <w:lang w:val="sk-SK"/>
        </w:rPr>
        <w:t xml:space="preserve">3. </w:t>
      </w:r>
      <w:r w:rsidR="004271C3" w:rsidRPr="004271C3">
        <w:rPr>
          <w:lang w:val="sk-SK"/>
        </w:rPr>
        <w:t xml:space="preserve">Voľby do rady školy možno uskutočniť aj elektronicky. Pri voľbe zástupcov zákonných zástupcov majú zákonní zástupcovia žiaka spoločne jeden hlas. Ak školu navštevuje </w:t>
      </w:r>
      <w:r w:rsidR="004271C3" w:rsidRPr="00853291">
        <w:rPr>
          <w:lang w:val="sk-SK"/>
        </w:rPr>
        <w:t xml:space="preserve">viac </w:t>
      </w:r>
      <w:r w:rsidR="00C939B1" w:rsidRPr="00853291">
        <w:rPr>
          <w:lang w:val="sk-SK"/>
        </w:rPr>
        <w:t>ich</w:t>
      </w:r>
      <w:r w:rsidR="00C939B1">
        <w:rPr>
          <w:lang w:val="sk-SK"/>
        </w:rPr>
        <w:t xml:space="preserve"> </w:t>
      </w:r>
      <w:r w:rsidR="004271C3" w:rsidRPr="00853291">
        <w:rPr>
          <w:lang w:val="sk-SK"/>
        </w:rPr>
        <w:t>detí</w:t>
      </w:r>
      <w:r w:rsidR="004271C3" w:rsidRPr="004271C3">
        <w:rPr>
          <w:lang w:val="sk-SK"/>
        </w:rPr>
        <w:t>, majú jeden hlas za každé dieťa.</w:t>
      </w:r>
    </w:p>
    <w:p w14:paraId="1F976FD9" w14:textId="0D8D18CF" w:rsidR="00B5130E" w:rsidRPr="004271C3" w:rsidRDefault="00B5130E">
      <w:pPr>
        <w:rPr>
          <w:lang w:val="sk-SK"/>
        </w:rPr>
      </w:pPr>
      <w:r w:rsidRPr="00853291">
        <w:rPr>
          <w:lang w:val="sk-SK"/>
        </w:rPr>
        <w:t>4.</w:t>
      </w:r>
      <w:r w:rsidRPr="00853291">
        <w:t xml:space="preserve"> Zákonný zástupca, ktorý je zamestnancom školy, môže byť členom rady školy len za jednu kategóriu podľa vlastného výberu, ktorú oznámi predsedovi rady školy pred uskutočnením volieb do rady školy, (§ 19 odsek 3 zákona o školskej správe).</w:t>
      </w:r>
    </w:p>
    <w:p w14:paraId="16DB150D" w14:textId="3242C48C" w:rsidR="00DE78CF" w:rsidRDefault="00B5130E">
      <w:pPr>
        <w:rPr>
          <w:lang w:val="sk-SK"/>
        </w:rPr>
      </w:pPr>
      <w:r>
        <w:rPr>
          <w:lang w:val="sk-SK"/>
        </w:rPr>
        <w:t>5</w:t>
      </w:r>
      <w:r w:rsidR="00551B25" w:rsidRPr="004271C3">
        <w:rPr>
          <w:lang w:val="sk-SK"/>
        </w:rPr>
        <w:t>. Funkčné obdobie člena rady školy je štyri roky. Novú radu školy je potrebné ustanoviť tak, aby nadviazala bez prerušenia na uplynutie funkčného obdobia.</w:t>
      </w:r>
    </w:p>
    <w:p w14:paraId="42E52754" w14:textId="77777777" w:rsidR="00DF7933" w:rsidRPr="004271C3" w:rsidRDefault="00DF7933">
      <w:pPr>
        <w:rPr>
          <w:lang w:val="sk-SK"/>
        </w:rPr>
      </w:pPr>
    </w:p>
    <w:p w14:paraId="579F9611" w14:textId="77777777" w:rsidR="00DF7933" w:rsidRDefault="00551B25" w:rsidP="00DF7933">
      <w:pPr>
        <w:spacing w:line="240" w:lineRule="auto"/>
        <w:jc w:val="center"/>
        <w:rPr>
          <w:b/>
          <w:sz w:val="24"/>
          <w:lang w:val="sk-SK"/>
        </w:rPr>
      </w:pPr>
      <w:r w:rsidRPr="004271C3">
        <w:rPr>
          <w:b/>
          <w:sz w:val="24"/>
          <w:lang w:val="sk-SK"/>
        </w:rPr>
        <w:t>Čl. VI</w:t>
      </w:r>
      <w:r>
        <w:rPr>
          <w:b/>
          <w:sz w:val="24"/>
          <w:lang w:val="sk-SK"/>
        </w:rPr>
        <w:t>I</w:t>
      </w:r>
      <w:r w:rsidRPr="004271C3">
        <w:rPr>
          <w:b/>
          <w:sz w:val="24"/>
          <w:lang w:val="sk-SK"/>
        </w:rPr>
        <w:t xml:space="preserve"> </w:t>
      </w:r>
    </w:p>
    <w:p w14:paraId="6DC36205" w14:textId="7DBD0617" w:rsidR="00DE78CF" w:rsidRPr="00DF7933" w:rsidRDefault="00551B25" w:rsidP="00DF7933">
      <w:pPr>
        <w:spacing w:line="240" w:lineRule="auto"/>
        <w:jc w:val="center"/>
        <w:rPr>
          <w:b/>
          <w:sz w:val="24"/>
          <w:lang w:val="sk-SK"/>
        </w:rPr>
      </w:pPr>
      <w:r w:rsidRPr="004271C3">
        <w:rPr>
          <w:b/>
          <w:sz w:val="24"/>
          <w:lang w:val="sk-SK"/>
        </w:rPr>
        <w:t>Vznik, pozastavenie a zánik členstva</w:t>
      </w:r>
    </w:p>
    <w:p w14:paraId="7B9452E6" w14:textId="77777777" w:rsidR="00DE78CF" w:rsidRPr="004271C3" w:rsidRDefault="00551B25">
      <w:pPr>
        <w:rPr>
          <w:lang w:val="sk-SK"/>
        </w:rPr>
      </w:pPr>
      <w:r w:rsidRPr="004271C3">
        <w:rPr>
          <w:lang w:val="sk-SK"/>
        </w:rPr>
        <w:t>Členstvo vzniká dňom zvolenia alebo vymenovania (delegovania).</w:t>
      </w:r>
    </w:p>
    <w:p w14:paraId="043D2FC7" w14:textId="77777777" w:rsidR="00DE78CF" w:rsidRPr="004271C3" w:rsidRDefault="00551B25">
      <w:pPr>
        <w:rPr>
          <w:lang w:val="sk-SK"/>
        </w:rPr>
      </w:pPr>
      <w:r w:rsidRPr="004271C3">
        <w:rPr>
          <w:lang w:val="sk-SK"/>
        </w:rPr>
        <w:t>Členstvo v rade školy sa pozastavuje</w:t>
      </w:r>
      <w:r w:rsidR="004271C3">
        <w:rPr>
          <w:lang w:val="sk-SK"/>
        </w:rPr>
        <w:t xml:space="preserve"> alebo zaniká v zmysle </w:t>
      </w:r>
      <w:r w:rsidR="004271C3" w:rsidRPr="004271C3">
        <w:rPr>
          <w:lang w:val="sk-SK"/>
        </w:rPr>
        <w:t>§ 2</w:t>
      </w:r>
      <w:r w:rsidR="004271C3">
        <w:rPr>
          <w:lang w:val="sk-SK"/>
        </w:rPr>
        <w:t xml:space="preserve">2 zákona o školskej správe. </w:t>
      </w:r>
      <w:r w:rsidRPr="004271C3">
        <w:rPr>
          <w:lang w:val="sk-SK"/>
        </w:rPr>
        <w:t xml:space="preserve"> </w:t>
      </w:r>
    </w:p>
    <w:p w14:paraId="3A5EA043" w14:textId="77777777" w:rsidR="00DE78CF" w:rsidRPr="004271C3" w:rsidRDefault="00551B25">
      <w:pPr>
        <w:rPr>
          <w:lang w:val="sk-SK"/>
        </w:rPr>
      </w:pPr>
      <w:r w:rsidRPr="004271C3">
        <w:rPr>
          <w:lang w:val="sk-SK"/>
        </w:rPr>
        <w:t>Členstvo zaniká uplynutím funkčného obdobia, vzdaním sa funkcie, právoplatným odsúdením za úmyselný trestný čin, stratou spôsobilosti na právne úkony, smrťou alebo z iných dôvodov ustanovených právnymi predpismi; volenému zástupcovi zaniká členstvo aj stratou príslušnosti k skupine, ktorá ho zvolila (napr. ukončenie pracovného pomeru, ukončenie dochádzky dieťaťa do školy).</w:t>
      </w:r>
    </w:p>
    <w:p w14:paraId="5B37024E" w14:textId="77777777" w:rsidR="00664C16" w:rsidRDefault="004271C3">
      <w:pPr>
        <w:rPr>
          <w:lang w:val="sk-SK"/>
        </w:rPr>
      </w:pPr>
      <w:r>
        <w:rPr>
          <w:lang w:val="sk-SK"/>
        </w:rPr>
        <w:t>V</w:t>
      </w:r>
      <w:r w:rsidRPr="004271C3">
        <w:rPr>
          <w:lang w:val="sk-SK"/>
        </w:rPr>
        <w:t>oleného člena rady školy môže odvolať len príslušná kategória voličov, ktorú v rade školy zastupuje, z dôvodov uvedených v štatúte rady školy. Písomný záznam o odvolaní člena rady školy doručí predseda rady školy zriaďovateľovi, alebo ak ide o odvolanie predsedu rady školy, doručí ho člen rady školy poverený radou školy. Zriaďovateľ bez uvedenia dôvodu; odvolanie musí byť písomné a zriaďovateľ listinu o odvolaní člena rady školy doručuje rade školy.</w:t>
      </w:r>
      <w:r w:rsidR="00664C16">
        <w:rPr>
          <w:lang w:val="sk-SK"/>
        </w:rPr>
        <w:t xml:space="preserve"> </w:t>
      </w:r>
    </w:p>
    <w:p w14:paraId="68604D9D" w14:textId="77777777" w:rsidR="004271C3" w:rsidRDefault="00664C16">
      <w:pPr>
        <w:rPr>
          <w:lang w:val="sk-SK"/>
        </w:rPr>
      </w:pPr>
      <w:r>
        <w:rPr>
          <w:lang w:val="sk-SK"/>
        </w:rPr>
        <w:t>Dôvody odvolania voleného člena sú</w:t>
      </w:r>
      <w:r w:rsidR="00551B25">
        <w:rPr>
          <w:lang w:val="sk-SK"/>
        </w:rPr>
        <w:t xml:space="preserve"> najmä</w:t>
      </w:r>
      <w:r>
        <w:rPr>
          <w:lang w:val="sk-SK"/>
        </w:rPr>
        <w:t>:</w:t>
      </w:r>
    </w:p>
    <w:p w14:paraId="518E73B9" w14:textId="77777777" w:rsidR="00664C16" w:rsidRDefault="004E0741" w:rsidP="00664C16">
      <w:pPr>
        <w:pStyle w:val="Odsekzoznamu"/>
        <w:numPr>
          <w:ilvl w:val="0"/>
          <w:numId w:val="10"/>
        </w:numPr>
        <w:rPr>
          <w:lang w:val="sk-SK"/>
        </w:rPr>
      </w:pPr>
      <w:r>
        <w:rPr>
          <w:lang w:val="sk-SK"/>
        </w:rPr>
        <w:t>Neplnenie si povinností člena rady školy – dlhodobá neospravedlnená neúčasť na zasadnutiach a/alebo opakované nehlasovanie per rollam.</w:t>
      </w:r>
    </w:p>
    <w:p w14:paraId="60FA6B6D" w14:textId="77777777" w:rsidR="004E0741" w:rsidRDefault="004E0741" w:rsidP="00664C16">
      <w:pPr>
        <w:pStyle w:val="Odsekzoznamu"/>
        <w:numPr>
          <w:ilvl w:val="0"/>
          <w:numId w:val="10"/>
        </w:numPr>
        <w:rPr>
          <w:lang w:val="sk-SK"/>
        </w:rPr>
      </w:pPr>
      <w:r>
        <w:rPr>
          <w:lang w:val="sk-SK"/>
        </w:rPr>
        <w:lastRenderedPageBreak/>
        <w:t>Strata dôvery voličov – preukázaná písomná strata dôvery skupiny, ktorá člena zvolila, porušenie záväzkov voči skupine, konanie v rozpore so záujmami skupiny.</w:t>
      </w:r>
    </w:p>
    <w:p w14:paraId="01F83208" w14:textId="77777777" w:rsidR="004E0741" w:rsidRDefault="004E0741" w:rsidP="00664C16">
      <w:pPr>
        <w:pStyle w:val="Odsekzoznamu"/>
        <w:numPr>
          <w:ilvl w:val="0"/>
          <w:numId w:val="10"/>
        </w:numPr>
        <w:rPr>
          <w:lang w:val="sk-SK"/>
        </w:rPr>
      </w:pPr>
      <w:r>
        <w:rPr>
          <w:lang w:val="sk-SK"/>
        </w:rPr>
        <w:t>Konflikt záujmov alebo zneužitie funkcie – konanie vo vlastnom záujme alebo v záujme tretej osoby namiesto záujmu školy, prijímanie výhod v súvislosti s výkonom funkcie člena rady školy.</w:t>
      </w:r>
    </w:p>
    <w:p w14:paraId="29A412EE" w14:textId="487E8F22" w:rsidR="004E0741" w:rsidRDefault="004E0741" w:rsidP="00664C16">
      <w:pPr>
        <w:pStyle w:val="Odsekzoznamu"/>
        <w:numPr>
          <w:ilvl w:val="0"/>
          <w:numId w:val="10"/>
        </w:numPr>
        <w:rPr>
          <w:lang w:val="sk-SK"/>
        </w:rPr>
      </w:pPr>
      <w:r>
        <w:rPr>
          <w:lang w:val="sk-SK"/>
        </w:rPr>
        <w:t xml:space="preserve">Správanie poškodzujúce dobré meno školy – neetické konanie voči </w:t>
      </w:r>
      <w:r w:rsidR="00853291">
        <w:rPr>
          <w:lang w:val="sk-SK"/>
        </w:rPr>
        <w:t>deťom</w:t>
      </w:r>
      <w:r>
        <w:rPr>
          <w:lang w:val="sk-SK"/>
        </w:rPr>
        <w:t xml:space="preserve">, rodičom alebo zamestnancom školy, hrubé alebo nevhodné vystupovanie na verejnosti, šírenie nepravdivých informácií o škole alebo o osobách priamo spojených so školou, agresívne alebo konfliktné správanie počas zasadnutí rady školy. </w:t>
      </w:r>
    </w:p>
    <w:p w14:paraId="16770CE2" w14:textId="3066FC55" w:rsidR="00664C16" w:rsidRPr="00551B25" w:rsidRDefault="004E0741" w:rsidP="00551B25">
      <w:pPr>
        <w:pStyle w:val="Odsekzoznamu"/>
        <w:numPr>
          <w:ilvl w:val="0"/>
          <w:numId w:val="10"/>
        </w:numPr>
        <w:rPr>
          <w:lang w:val="sk-SK"/>
        </w:rPr>
      </w:pPr>
      <w:r w:rsidRPr="00551B25">
        <w:rPr>
          <w:lang w:val="sk-SK"/>
        </w:rPr>
        <w:t xml:space="preserve">Strata príslušnosti ku skupine, ktorá člena zvolila – ukončenie pracovného pomeru zamestnanca, ukončenie dochádzky </w:t>
      </w:r>
      <w:r w:rsidR="003B1F8B">
        <w:rPr>
          <w:lang w:val="sk-SK"/>
        </w:rPr>
        <w:t>dieťaťa.</w:t>
      </w:r>
    </w:p>
    <w:p w14:paraId="7035EB1A" w14:textId="77777777" w:rsidR="00DE78CF" w:rsidRDefault="00DE46A6">
      <w:pPr>
        <w:rPr>
          <w:lang w:val="sk-SK"/>
        </w:rPr>
      </w:pPr>
      <w:r>
        <w:rPr>
          <w:lang w:val="sk-SK"/>
        </w:rPr>
        <w:t>P</w:t>
      </w:r>
      <w:r w:rsidR="00551B25" w:rsidRPr="004271C3">
        <w:rPr>
          <w:lang w:val="sk-SK"/>
        </w:rPr>
        <w:t>ri zániku členstva voleného člena sa doplní člen podľa výsledkov posledných volieb (kooptovaním z nezvolených kandidátov v poradí podľa počtu hlasov), ak to nie je možné, uskutočnia sa doplňujúce voľby do 30 dní. Delegovaného člena dopĺňa zriaďovateľ bezodkladne po oznámení.</w:t>
      </w:r>
    </w:p>
    <w:p w14:paraId="3F4D222D" w14:textId="77777777" w:rsidR="00991191" w:rsidRPr="004271C3" w:rsidRDefault="00991191">
      <w:pPr>
        <w:rPr>
          <w:lang w:val="sk-SK"/>
        </w:rPr>
      </w:pPr>
    </w:p>
    <w:p w14:paraId="38903D86" w14:textId="77777777" w:rsidR="00991191" w:rsidRDefault="00551B25" w:rsidP="00991191">
      <w:pPr>
        <w:spacing w:line="240" w:lineRule="auto"/>
        <w:jc w:val="center"/>
        <w:rPr>
          <w:b/>
          <w:sz w:val="24"/>
          <w:lang w:val="sk-SK"/>
        </w:rPr>
      </w:pPr>
      <w:r w:rsidRPr="004271C3">
        <w:rPr>
          <w:b/>
          <w:sz w:val="24"/>
          <w:lang w:val="sk-SK"/>
        </w:rPr>
        <w:t>Čl. VI</w:t>
      </w:r>
      <w:r>
        <w:rPr>
          <w:b/>
          <w:sz w:val="24"/>
          <w:lang w:val="sk-SK"/>
        </w:rPr>
        <w:t>I</w:t>
      </w:r>
      <w:r w:rsidRPr="004271C3">
        <w:rPr>
          <w:b/>
          <w:sz w:val="24"/>
          <w:lang w:val="sk-SK"/>
        </w:rPr>
        <w:t xml:space="preserve">I </w:t>
      </w:r>
    </w:p>
    <w:p w14:paraId="5F893CB4" w14:textId="5FD2E461" w:rsidR="00DE78CF" w:rsidRPr="00991191" w:rsidRDefault="00551B25" w:rsidP="00991191">
      <w:pPr>
        <w:spacing w:line="240" w:lineRule="auto"/>
        <w:jc w:val="center"/>
        <w:rPr>
          <w:b/>
          <w:sz w:val="24"/>
          <w:lang w:val="sk-SK"/>
        </w:rPr>
      </w:pPr>
      <w:r w:rsidRPr="004271C3">
        <w:rPr>
          <w:b/>
          <w:sz w:val="24"/>
          <w:lang w:val="sk-SK"/>
        </w:rPr>
        <w:t>Orgány rady školy a ich pôsobnosť</w:t>
      </w:r>
    </w:p>
    <w:p w14:paraId="2EEAB3C3" w14:textId="77777777" w:rsidR="00DE78CF" w:rsidRPr="004271C3" w:rsidRDefault="00551B25">
      <w:pPr>
        <w:rPr>
          <w:lang w:val="sk-SK"/>
        </w:rPr>
      </w:pPr>
      <w:r w:rsidRPr="004271C3">
        <w:rPr>
          <w:lang w:val="sk-SK"/>
        </w:rPr>
        <w:t>1. Rada školy na ustanovujúcom zasadnutí volí zo svojich členov predsedu, podpredsedu a tajomníka.</w:t>
      </w:r>
    </w:p>
    <w:p w14:paraId="7CFF08AB" w14:textId="77777777" w:rsidR="00DE78CF" w:rsidRPr="004271C3" w:rsidRDefault="00551B25">
      <w:pPr>
        <w:rPr>
          <w:lang w:val="sk-SK"/>
        </w:rPr>
      </w:pPr>
      <w:r w:rsidRPr="004271C3">
        <w:rPr>
          <w:lang w:val="sk-SK"/>
        </w:rPr>
        <w:t>2. Predseda rady školy: zvoláva, pripravuje a riadi zasadnutia, koná v mene rady školy v rozsahu schválenom radou školy, zabezpečuje vedenie dokumentácie a plnenie uznesení, vedie evidenciu hlasovaní per rollam a zabezpečuje ich archiváciu.</w:t>
      </w:r>
    </w:p>
    <w:p w14:paraId="5EFC773D" w14:textId="77777777" w:rsidR="00DE78CF" w:rsidRDefault="00551B25">
      <w:pPr>
        <w:rPr>
          <w:lang w:val="sk-SK"/>
        </w:rPr>
      </w:pPr>
      <w:r w:rsidRPr="004271C3">
        <w:rPr>
          <w:lang w:val="sk-SK"/>
        </w:rPr>
        <w:t>3. Rada školy môže predsedu odvolať, ak si neplní povinnosti, ak porušuje právne predpisy alebo na vlastnú žiadosť; v takom prípade vykonáva jeho pôsobnosť do zvolenia nového predsedu podpredseda.</w:t>
      </w:r>
    </w:p>
    <w:p w14:paraId="16774763" w14:textId="77777777" w:rsidR="00DE46A6" w:rsidRDefault="00DE46A6">
      <w:pPr>
        <w:rPr>
          <w:lang w:val="sk-SK"/>
        </w:rPr>
      </w:pPr>
      <w:r>
        <w:rPr>
          <w:lang w:val="sk-SK"/>
        </w:rPr>
        <w:t>4. Podpredseda rady školy: zastupuje predsedu rady školy počas jeho neprítomnosti na zasadnutí, v prípade práceneschopnosti predsedu zastupuje predsedu aj v prípade zvolávania zasadnutia.</w:t>
      </w:r>
    </w:p>
    <w:p w14:paraId="78FA6DD7" w14:textId="77777777" w:rsidR="00DE46A6" w:rsidRPr="004271C3" w:rsidRDefault="00DE46A6">
      <w:pPr>
        <w:rPr>
          <w:lang w:val="sk-SK"/>
        </w:rPr>
      </w:pPr>
      <w:r>
        <w:rPr>
          <w:lang w:val="sk-SK"/>
        </w:rPr>
        <w:t>5. Tajomník rady školy: pripravuje alebo zhromažďuje podklady k zasadnutiam rady školy, spracováva zápisnice zo zasadnutí.</w:t>
      </w:r>
    </w:p>
    <w:p w14:paraId="1CE0CE7D" w14:textId="77777777" w:rsidR="00F76A3A" w:rsidRDefault="00F76A3A" w:rsidP="00F76A3A">
      <w:pPr>
        <w:spacing w:line="240" w:lineRule="auto"/>
        <w:jc w:val="center"/>
        <w:rPr>
          <w:b/>
          <w:sz w:val="24"/>
          <w:lang w:val="sk-SK"/>
        </w:rPr>
      </w:pPr>
    </w:p>
    <w:p w14:paraId="4C0F76A0" w14:textId="0846BD82" w:rsidR="00F76A3A" w:rsidRDefault="00551B25" w:rsidP="00F76A3A">
      <w:pPr>
        <w:spacing w:line="240" w:lineRule="auto"/>
        <w:jc w:val="center"/>
        <w:rPr>
          <w:b/>
          <w:sz w:val="24"/>
          <w:lang w:val="sk-SK"/>
        </w:rPr>
      </w:pPr>
      <w:r w:rsidRPr="004271C3">
        <w:rPr>
          <w:b/>
          <w:sz w:val="24"/>
          <w:lang w:val="sk-SK"/>
        </w:rPr>
        <w:t>Čl. I</w:t>
      </w:r>
      <w:r>
        <w:rPr>
          <w:b/>
          <w:sz w:val="24"/>
          <w:lang w:val="sk-SK"/>
        </w:rPr>
        <w:t>X</w:t>
      </w:r>
      <w:r w:rsidRPr="004271C3">
        <w:rPr>
          <w:b/>
          <w:sz w:val="24"/>
          <w:lang w:val="sk-SK"/>
        </w:rPr>
        <w:t xml:space="preserve"> </w:t>
      </w:r>
    </w:p>
    <w:p w14:paraId="3A54B8E2" w14:textId="409916E0" w:rsidR="00DE78CF" w:rsidRPr="00F76A3A" w:rsidRDefault="00551B25" w:rsidP="00F76A3A">
      <w:pPr>
        <w:spacing w:line="240" w:lineRule="auto"/>
        <w:jc w:val="center"/>
        <w:rPr>
          <w:b/>
          <w:sz w:val="24"/>
          <w:lang w:val="sk-SK"/>
        </w:rPr>
      </w:pPr>
      <w:r w:rsidRPr="004271C3">
        <w:rPr>
          <w:b/>
          <w:sz w:val="24"/>
          <w:lang w:val="sk-SK"/>
        </w:rPr>
        <w:t>Rokovanie a rozhodovanie rady školy</w:t>
      </w:r>
    </w:p>
    <w:p w14:paraId="5F457F9B" w14:textId="5F939B2B" w:rsidR="00DE78CF" w:rsidRPr="004271C3" w:rsidRDefault="00551B25">
      <w:pPr>
        <w:rPr>
          <w:lang w:val="sk-SK"/>
        </w:rPr>
      </w:pPr>
      <w:r w:rsidRPr="004271C3">
        <w:rPr>
          <w:lang w:val="sk-SK"/>
        </w:rPr>
        <w:lastRenderedPageBreak/>
        <w:t>Rada školy sa schádza podľa potreby, najmenej dvakrát ročne; zasadnutia zvoláva predseda, mimoriadne zasadnutie zvolá do 15 dní na žiadosť aspoň tretiny členov</w:t>
      </w:r>
      <w:r w:rsidRPr="00853291">
        <w:rPr>
          <w:lang w:val="sk-SK"/>
        </w:rPr>
        <w:t>, riaditeľa školy alebo zriaďovateľa.</w:t>
      </w:r>
      <w:r w:rsidR="00C939B1" w:rsidRPr="00853291">
        <w:rPr>
          <w:lang w:val="sk-SK"/>
        </w:rPr>
        <w:t xml:space="preserve"> </w:t>
      </w:r>
    </w:p>
    <w:p w14:paraId="083D3E6B" w14:textId="77777777" w:rsidR="00DE78CF" w:rsidRPr="004271C3" w:rsidRDefault="00551B25">
      <w:pPr>
        <w:rPr>
          <w:lang w:val="sk-SK"/>
        </w:rPr>
      </w:pPr>
      <w:r w:rsidRPr="004271C3">
        <w:rPr>
          <w:lang w:val="sk-SK"/>
        </w:rPr>
        <w:t>Pozvánka s programom sa doručuje elektronicky najmenej päť dní predo dňom zasadnutia.</w:t>
      </w:r>
    </w:p>
    <w:p w14:paraId="309051EF" w14:textId="77777777" w:rsidR="00DE78CF" w:rsidRPr="004271C3" w:rsidRDefault="00551B25">
      <w:pPr>
        <w:rPr>
          <w:lang w:val="sk-SK"/>
        </w:rPr>
      </w:pPr>
      <w:r w:rsidRPr="004271C3">
        <w:rPr>
          <w:lang w:val="sk-SK"/>
        </w:rPr>
        <w:t>Rada školy je uznášaniaschopná, ak je prítomná nadpolovičná väčšina všetkých členov; uznesenia sa prijímajú nadpolovičnou väčšinou prítomných, ak štatút neustanovuje inak.</w:t>
      </w:r>
    </w:p>
    <w:p w14:paraId="2BA4071B" w14:textId="77777777" w:rsidR="00DE78CF" w:rsidRPr="004271C3" w:rsidRDefault="00551B25">
      <w:pPr>
        <w:rPr>
          <w:lang w:val="sk-SK"/>
        </w:rPr>
      </w:pPr>
      <w:r w:rsidRPr="004271C3">
        <w:rPr>
          <w:lang w:val="sk-SK"/>
        </w:rPr>
        <w:t>Hlasovanie per rollam je prípustné v odôvodnených prípadoch; výsledky sa potvrdia na najbližšom zasadnutí a tvoria prílohu zápisnice.</w:t>
      </w:r>
    </w:p>
    <w:p w14:paraId="4EB16303" w14:textId="77777777" w:rsidR="00551B25" w:rsidRDefault="00551B25">
      <w:pPr>
        <w:rPr>
          <w:lang w:val="sk-SK"/>
        </w:rPr>
      </w:pPr>
      <w:r w:rsidRPr="004271C3">
        <w:rPr>
          <w:lang w:val="sk-SK"/>
        </w:rPr>
        <w:t>Zo zasadnutia sa vyhotoví zápisnica obsahujúca dátum, program, prijaté uznesenia a výsledky hlasovania; prílohami sú prezenčná listina a podklady.</w:t>
      </w:r>
    </w:p>
    <w:p w14:paraId="06303985" w14:textId="77777777" w:rsidR="00551B25" w:rsidRPr="004271C3" w:rsidRDefault="00551B25">
      <w:pPr>
        <w:rPr>
          <w:lang w:val="sk-SK"/>
        </w:rPr>
      </w:pPr>
      <w:r>
        <w:rPr>
          <w:lang w:val="sk-SK"/>
        </w:rPr>
        <w:t>Tajomník rady školy (v jeho neprítomnosti iný poverený člen) spracováva a kompletizuje dokumentáciu zo zasadnutí alebo hlasovaní per rollam. Kompletná dokumentácia zo zasadnutí rady školy a hlasovaní per rollam je uložená v riaditeľni základnej školy a jej kópie sú uložené u predsedu rady školy.</w:t>
      </w:r>
    </w:p>
    <w:p w14:paraId="031B451D" w14:textId="77777777" w:rsidR="00DE78CF" w:rsidRPr="004271C3" w:rsidRDefault="00551B25">
      <w:pPr>
        <w:rPr>
          <w:lang w:val="sk-SK"/>
        </w:rPr>
      </w:pPr>
      <w:r w:rsidRPr="004271C3">
        <w:rPr>
          <w:b/>
          <w:sz w:val="24"/>
          <w:lang w:val="sk-SK"/>
        </w:rPr>
        <w:t>Čl. X – Vzťahy so zriaďovateľom a inými orgánmi</w:t>
      </w:r>
    </w:p>
    <w:p w14:paraId="483719F0" w14:textId="77777777" w:rsidR="00DE78CF" w:rsidRPr="004271C3" w:rsidRDefault="00551B25">
      <w:pPr>
        <w:rPr>
          <w:lang w:val="sk-SK"/>
        </w:rPr>
      </w:pPr>
      <w:r w:rsidRPr="004271C3">
        <w:rPr>
          <w:lang w:val="sk-SK"/>
        </w:rPr>
        <w:t>1. Riaditeľ školy predkladá rade školy materiály podľa programu zasadnutí alebo na jej žiadosť; poskytne potrebné informácie a súčinnosť.</w:t>
      </w:r>
    </w:p>
    <w:p w14:paraId="04EAF312" w14:textId="77777777" w:rsidR="00DE78CF" w:rsidRPr="004271C3" w:rsidRDefault="00551B25">
      <w:pPr>
        <w:rPr>
          <w:lang w:val="sk-SK"/>
        </w:rPr>
      </w:pPr>
      <w:r w:rsidRPr="004271C3">
        <w:rPr>
          <w:lang w:val="sk-SK"/>
        </w:rPr>
        <w:t>2. Rada školy spolupracuje so zriaďovateľom, pedagogickou radou, školským parlamentom, združením rodičov, odborovou organizáciou a ďalšími orgánmi verejnej správy a samosprávy v rozsahu vyplývajúcom z právnych predpisov.</w:t>
      </w:r>
    </w:p>
    <w:p w14:paraId="65E16692" w14:textId="77777777" w:rsidR="00AF6CF7" w:rsidRPr="00853291" w:rsidRDefault="00551B25" w:rsidP="00AF6CF7">
      <w:pPr>
        <w:rPr>
          <w:lang w:val="sk-SK"/>
        </w:rPr>
      </w:pPr>
      <w:r w:rsidRPr="004271C3">
        <w:rPr>
          <w:lang w:val="sk-SK"/>
        </w:rPr>
        <w:t>3. Pri výberovom konaní na funkciu riaditeľa školy rada školy nomináciou zabezpečí účasť svojich zástupcov vo výberovej komisii podľa zákona o školskej správe</w:t>
      </w:r>
      <w:r w:rsidR="00AF6CF7">
        <w:rPr>
          <w:lang w:val="sk-SK"/>
        </w:rPr>
        <w:t xml:space="preserve"> </w:t>
      </w:r>
      <w:r w:rsidR="00AF6CF7" w:rsidRPr="00853291">
        <w:rPr>
          <w:lang w:val="sk-SK"/>
        </w:rPr>
        <w:t xml:space="preserve">– v zmysle §11 odsek 1 písm. a, b – členmi výberovej komisie sú: </w:t>
      </w:r>
    </w:p>
    <w:p w14:paraId="23F354C2" w14:textId="77777777" w:rsidR="00AF6CF7" w:rsidRPr="00853291" w:rsidRDefault="00AF6CF7" w:rsidP="00AF6CF7">
      <w:r w:rsidRPr="00853291">
        <w:rPr>
          <w:lang w:val="sk-SK"/>
        </w:rPr>
        <w:t xml:space="preserve">a) </w:t>
      </w:r>
      <w:r w:rsidRPr="00853291">
        <w:t xml:space="preserve">predseda rady školy, ktorý je zároveň predsedom výberovej komisie, </w:t>
      </w:r>
    </w:p>
    <w:p w14:paraId="0D4D237F" w14:textId="4846F69C" w:rsidR="00AF6CF7" w:rsidRPr="00853291" w:rsidRDefault="00AF6CF7" w:rsidP="00AF6CF7">
      <w:pPr>
        <w:rPr>
          <w:lang w:val="sk-SK"/>
        </w:rPr>
      </w:pPr>
      <w:r w:rsidRPr="00853291">
        <w:t xml:space="preserve">b) </w:t>
      </w:r>
      <w:r w:rsidRPr="00853291">
        <w:rPr>
          <w:lang w:val="sk-SK"/>
        </w:rPr>
        <w:t>zástupcovia členov rady školy za kategóriu zamestnancov, kategóriu zákonných zástupcov a za kategóriu zriaďovateľa</w:t>
      </w:r>
      <w:r w:rsidR="0020475F" w:rsidRPr="00853291">
        <w:rPr>
          <w:lang w:val="sk-SK"/>
        </w:rPr>
        <w:t xml:space="preserve"> – dvaja členovia za príslušnú kategógiu.</w:t>
      </w:r>
    </w:p>
    <w:p w14:paraId="54E5958B" w14:textId="2409B3A6" w:rsidR="00AF6CF7" w:rsidRPr="00AF6CF7" w:rsidRDefault="00AF6CF7" w:rsidP="00AF6CF7">
      <w:pPr>
        <w:rPr>
          <w:lang w:val="sk-SK"/>
        </w:rPr>
      </w:pPr>
      <w:r w:rsidRPr="00853291">
        <w:rPr>
          <w:lang w:val="sk-SK"/>
        </w:rPr>
        <w:t xml:space="preserve">Rada školy </w:t>
      </w:r>
      <w:r w:rsidRPr="00853291">
        <w:rPr>
          <w:b/>
          <w:bCs/>
          <w:lang w:val="sk-SK"/>
        </w:rPr>
        <w:t>na riadnom zasadnutí vopred určí uznesením</w:t>
      </w:r>
      <w:r w:rsidRPr="00853291">
        <w:rPr>
          <w:lang w:val="sk-SK"/>
        </w:rPr>
        <w:t xml:space="preserve"> dvoch členov výberovej komisie za príslušnú kategóriu, pričom za kategóriu, ktorú zastupuje predseda rady školy určí jedného člena.</w:t>
      </w:r>
      <w:r w:rsidRPr="00AF6CF7">
        <w:rPr>
          <w:lang w:val="sk-SK"/>
        </w:rPr>
        <w:t xml:space="preserve"> </w:t>
      </w:r>
    </w:p>
    <w:p w14:paraId="579DC4A4" w14:textId="77777777" w:rsidR="00DE78CF" w:rsidRPr="004271C3" w:rsidRDefault="00551B25">
      <w:pPr>
        <w:rPr>
          <w:lang w:val="sk-SK"/>
        </w:rPr>
      </w:pPr>
      <w:r w:rsidRPr="004271C3">
        <w:rPr>
          <w:b/>
          <w:sz w:val="24"/>
          <w:lang w:val="sk-SK"/>
        </w:rPr>
        <w:t>Čl. X</w:t>
      </w:r>
      <w:r>
        <w:rPr>
          <w:b/>
          <w:sz w:val="24"/>
          <w:lang w:val="sk-SK"/>
        </w:rPr>
        <w:t>I</w:t>
      </w:r>
      <w:r w:rsidRPr="004271C3">
        <w:rPr>
          <w:b/>
          <w:sz w:val="24"/>
          <w:lang w:val="sk-SK"/>
        </w:rPr>
        <w:t xml:space="preserve"> – Finančné zabezpečenie a hospodárenie</w:t>
      </w:r>
    </w:p>
    <w:p w14:paraId="5A8DB173" w14:textId="77777777" w:rsidR="00DE78CF" w:rsidRPr="004271C3" w:rsidRDefault="00551B25">
      <w:pPr>
        <w:rPr>
          <w:lang w:val="sk-SK"/>
        </w:rPr>
      </w:pPr>
      <w:r w:rsidRPr="004271C3">
        <w:rPr>
          <w:lang w:val="sk-SK"/>
        </w:rPr>
        <w:t>Náklady na činnosť rady školy sa hradia z rozpočtu školy/zriaďovateľa v súlade s platnými finančnými pravidlami pre školy a vnútornými predpismi zriaďovateľa; rada školy nevlastní majetok a nevedie samostatné účtovníctvo.</w:t>
      </w:r>
    </w:p>
    <w:p w14:paraId="08DD7BDF" w14:textId="77777777" w:rsidR="00DE78CF" w:rsidRPr="004271C3" w:rsidRDefault="00551B25">
      <w:pPr>
        <w:rPr>
          <w:lang w:val="sk-SK"/>
        </w:rPr>
      </w:pPr>
      <w:r w:rsidRPr="004271C3">
        <w:rPr>
          <w:b/>
          <w:sz w:val="24"/>
          <w:lang w:val="sk-SK"/>
        </w:rPr>
        <w:lastRenderedPageBreak/>
        <w:t>Čl. XI</w:t>
      </w:r>
      <w:r>
        <w:rPr>
          <w:b/>
          <w:sz w:val="24"/>
          <w:lang w:val="sk-SK"/>
        </w:rPr>
        <w:t>I</w:t>
      </w:r>
      <w:r w:rsidRPr="004271C3">
        <w:rPr>
          <w:b/>
          <w:sz w:val="24"/>
          <w:lang w:val="sk-SK"/>
        </w:rPr>
        <w:t xml:space="preserve"> – Ochrana osobných údajov a archivácia</w:t>
      </w:r>
    </w:p>
    <w:p w14:paraId="33E5CD7D" w14:textId="77777777" w:rsidR="00DE78CF" w:rsidRPr="004271C3" w:rsidRDefault="00551B25">
      <w:pPr>
        <w:rPr>
          <w:lang w:val="sk-SK"/>
        </w:rPr>
      </w:pPr>
      <w:r w:rsidRPr="004271C3">
        <w:rPr>
          <w:lang w:val="sk-SK"/>
        </w:rPr>
        <w:t>Rada školy a jej členovia sú povinní chrániť osobné údaje v súlade s platnými právnymi predpismi a vnútornými pravidlami školy; dokumentáciu rady školy archivuje škola podľa registratúrneho poriadku.</w:t>
      </w:r>
    </w:p>
    <w:p w14:paraId="12090616" w14:textId="77777777" w:rsidR="00DE78CF" w:rsidRPr="004271C3" w:rsidRDefault="00551B25">
      <w:pPr>
        <w:rPr>
          <w:lang w:val="sk-SK"/>
        </w:rPr>
      </w:pPr>
      <w:r w:rsidRPr="004271C3">
        <w:rPr>
          <w:b/>
          <w:sz w:val="24"/>
          <w:lang w:val="sk-SK"/>
        </w:rPr>
        <w:t>Čl. XI</w:t>
      </w:r>
      <w:r>
        <w:rPr>
          <w:b/>
          <w:sz w:val="24"/>
          <w:lang w:val="sk-SK"/>
        </w:rPr>
        <w:t>I</w:t>
      </w:r>
      <w:r w:rsidRPr="004271C3">
        <w:rPr>
          <w:b/>
          <w:sz w:val="24"/>
          <w:lang w:val="sk-SK"/>
        </w:rPr>
        <w:t xml:space="preserve">I – </w:t>
      </w:r>
      <w:r>
        <w:rPr>
          <w:b/>
          <w:sz w:val="24"/>
          <w:lang w:val="sk-SK"/>
        </w:rPr>
        <w:t>Z</w:t>
      </w:r>
      <w:r w:rsidRPr="004271C3">
        <w:rPr>
          <w:b/>
          <w:sz w:val="24"/>
          <w:lang w:val="sk-SK"/>
        </w:rPr>
        <w:t>áverečné ustanovenia</w:t>
      </w:r>
    </w:p>
    <w:p w14:paraId="7F3B2D04" w14:textId="065696E8" w:rsidR="00DE78CF" w:rsidRPr="004271C3" w:rsidRDefault="00551B25">
      <w:pPr>
        <w:rPr>
          <w:lang w:val="sk-SK"/>
        </w:rPr>
      </w:pPr>
      <w:r>
        <w:rPr>
          <w:lang w:val="sk-SK"/>
        </w:rPr>
        <w:t>1</w:t>
      </w:r>
      <w:r w:rsidRPr="004271C3">
        <w:rPr>
          <w:lang w:val="sk-SK"/>
        </w:rPr>
        <w:t>. Tento štatút</w:t>
      </w:r>
      <w:r>
        <w:rPr>
          <w:lang w:val="sk-SK"/>
        </w:rPr>
        <w:t xml:space="preserve"> bol prerokovaný a schválený na zasadnutí rady školy dňa </w:t>
      </w:r>
      <w:r w:rsidR="00853291">
        <w:rPr>
          <w:lang w:val="sk-SK"/>
        </w:rPr>
        <w:t xml:space="preserve">28.05.2026 </w:t>
      </w:r>
      <w:r>
        <w:rPr>
          <w:lang w:val="sk-SK"/>
        </w:rPr>
        <w:t>a nadobúda účinnosť</w:t>
      </w:r>
      <w:r w:rsidRPr="004271C3">
        <w:rPr>
          <w:lang w:val="sk-SK"/>
        </w:rPr>
        <w:t xml:space="preserve"> dňom jeho schválenia radou školy; dňom účinnosti sa zrušuj</w:t>
      </w:r>
      <w:r>
        <w:rPr>
          <w:lang w:val="sk-SK"/>
        </w:rPr>
        <w:t>e</w:t>
      </w:r>
      <w:r w:rsidRPr="004271C3">
        <w:rPr>
          <w:lang w:val="sk-SK"/>
        </w:rPr>
        <w:t xml:space="preserve"> predchádzajúc</w:t>
      </w:r>
      <w:r>
        <w:rPr>
          <w:lang w:val="sk-SK"/>
        </w:rPr>
        <w:t>i</w:t>
      </w:r>
      <w:r w:rsidRPr="004271C3">
        <w:rPr>
          <w:lang w:val="sk-SK"/>
        </w:rPr>
        <w:t xml:space="preserve"> štatút rady školy </w:t>
      </w:r>
      <w:r>
        <w:rPr>
          <w:lang w:val="sk-SK"/>
        </w:rPr>
        <w:t xml:space="preserve">zo dňa </w:t>
      </w:r>
      <w:r w:rsidR="001740BC">
        <w:rPr>
          <w:lang w:val="sk-SK"/>
        </w:rPr>
        <w:t>14.10.2024.</w:t>
      </w:r>
    </w:p>
    <w:p w14:paraId="1C3AE70B" w14:textId="42E7E499" w:rsidR="00DE78CF" w:rsidRPr="004271C3" w:rsidRDefault="00551B25">
      <w:pPr>
        <w:rPr>
          <w:lang w:val="sk-SK"/>
        </w:rPr>
      </w:pPr>
      <w:r w:rsidRPr="004271C3">
        <w:rPr>
          <w:b/>
          <w:sz w:val="24"/>
          <w:lang w:val="sk-SK"/>
        </w:rPr>
        <w:t xml:space="preserve">V Banskej Bystrici, dňa </w:t>
      </w:r>
      <w:r w:rsidR="001740BC">
        <w:rPr>
          <w:b/>
          <w:sz w:val="24"/>
          <w:lang w:val="sk-SK"/>
        </w:rPr>
        <w:t>28.05.2026.</w:t>
      </w:r>
    </w:p>
    <w:p w14:paraId="1ABE5CC0" w14:textId="77777777" w:rsidR="00DE78CF" w:rsidRPr="004271C3" w:rsidRDefault="00551B25">
      <w:pPr>
        <w:rPr>
          <w:lang w:val="sk-SK"/>
        </w:rPr>
      </w:pPr>
      <w:r w:rsidRPr="004271C3">
        <w:rPr>
          <w:b/>
          <w:sz w:val="24"/>
          <w:lang w:val="sk-SK"/>
        </w:rPr>
        <w:t>................................................</w:t>
      </w:r>
      <w:r w:rsidRPr="004271C3">
        <w:rPr>
          <w:b/>
          <w:sz w:val="24"/>
          <w:lang w:val="sk-SK"/>
        </w:rPr>
        <w:br/>
        <w:t>Predseda rady školy</w:t>
      </w:r>
    </w:p>
    <w:sectPr w:rsidR="00DE78CF" w:rsidRPr="004271C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9" w15:restartNumberingAfterBreak="0">
    <w:nsid w:val="1DFC0500"/>
    <w:multiLevelType w:val="hybridMultilevel"/>
    <w:tmpl w:val="DED2D8CE"/>
    <w:lvl w:ilvl="0" w:tplc="14B2698E">
      <w:start w:val="1"/>
      <w:numFmt w:val="bullet"/>
      <w:lvlText w:val="-"/>
      <w:lvlJc w:val="left"/>
      <w:pPr>
        <w:ind w:left="1080" w:hanging="360"/>
      </w:pPr>
      <w:rPr>
        <w:rFonts w:ascii="Calibri" w:eastAsiaTheme="minorEastAsia"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E2E584E"/>
    <w:multiLevelType w:val="hybridMultilevel"/>
    <w:tmpl w:val="66F88E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477227"/>
    <w:multiLevelType w:val="hybridMultilevel"/>
    <w:tmpl w:val="CEC013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827520">
    <w:abstractNumId w:val="8"/>
  </w:num>
  <w:num w:numId="2" w16cid:durableId="1140073577">
    <w:abstractNumId w:val="6"/>
  </w:num>
  <w:num w:numId="3" w16cid:durableId="1518158456">
    <w:abstractNumId w:val="5"/>
  </w:num>
  <w:num w:numId="4" w16cid:durableId="805390596">
    <w:abstractNumId w:val="4"/>
  </w:num>
  <w:num w:numId="5" w16cid:durableId="868104809">
    <w:abstractNumId w:val="7"/>
  </w:num>
  <w:num w:numId="6" w16cid:durableId="1778866625">
    <w:abstractNumId w:val="3"/>
  </w:num>
  <w:num w:numId="7" w16cid:durableId="748044922">
    <w:abstractNumId w:val="2"/>
  </w:num>
  <w:num w:numId="8" w16cid:durableId="495733127">
    <w:abstractNumId w:val="1"/>
  </w:num>
  <w:num w:numId="9" w16cid:durableId="713888852">
    <w:abstractNumId w:val="0"/>
  </w:num>
  <w:num w:numId="10" w16cid:durableId="408960853">
    <w:abstractNumId w:val="10"/>
  </w:num>
  <w:num w:numId="11" w16cid:durableId="1901480003">
    <w:abstractNumId w:val="11"/>
  </w:num>
  <w:num w:numId="12" w16cid:durableId="443767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2E2"/>
    <w:rsid w:val="0006063C"/>
    <w:rsid w:val="0015074B"/>
    <w:rsid w:val="001740BC"/>
    <w:rsid w:val="00187877"/>
    <w:rsid w:val="0020475F"/>
    <w:rsid w:val="0029639D"/>
    <w:rsid w:val="00326F90"/>
    <w:rsid w:val="00365CDF"/>
    <w:rsid w:val="00394D7B"/>
    <w:rsid w:val="003B1F8B"/>
    <w:rsid w:val="003B76BC"/>
    <w:rsid w:val="004271C3"/>
    <w:rsid w:val="004504C2"/>
    <w:rsid w:val="004E0741"/>
    <w:rsid w:val="00527402"/>
    <w:rsid w:val="00551B25"/>
    <w:rsid w:val="005D5EE5"/>
    <w:rsid w:val="005D7CA2"/>
    <w:rsid w:val="00657EB7"/>
    <w:rsid w:val="00664C16"/>
    <w:rsid w:val="00742FA9"/>
    <w:rsid w:val="00853291"/>
    <w:rsid w:val="0098617C"/>
    <w:rsid w:val="00991191"/>
    <w:rsid w:val="009F32C8"/>
    <w:rsid w:val="00A76B00"/>
    <w:rsid w:val="00AA1D8D"/>
    <w:rsid w:val="00AD1F1D"/>
    <w:rsid w:val="00AF6CF7"/>
    <w:rsid w:val="00B47730"/>
    <w:rsid w:val="00B5130E"/>
    <w:rsid w:val="00B56AC4"/>
    <w:rsid w:val="00B75BF1"/>
    <w:rsid w:val="00BB0531"/>
    <w:rsid w:val="00BE5CBB"/>
    <w:rsid w:val="00C939B1"/>
    <w:rsid w:val="00CB0664"/>
    <w:rsid w:val="00CF7F3A"/>
    <w:rsid w:val="00D57FB7"/>
    <w:rsid w:val="00DB6875"/>
    <w:rsid w:val="00DE46A6"/>
    <w:rsid w:val="00DE78CF"/>
    <w:rsid w:val="00DF7933"/>
    <w:rsid w:val="00E817BB"/>
    <w:rsid w:val="00F11E2B"/>
    <w:rsid w:val="00F76A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7780B"/>
  <w14:defaultImageDpi w14:val="300"/>
  <w15:docId w15:val="{8AFA1483-1B06-4FFE-88EC-17BC64BA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5775B-5431-4E4B-B1C6-5719ECAD3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1569</Words>
  <Characters>8944</Characters>
  <Application>Microsoft Office Word</Application>
  <DocSecurity>0</DocSecurity>
  <Lines>74</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Ursínyová Milada</cp:lastModifiedBy>
  <cp:revision>2</cp:revision>
  <dcterms:created xsi:type="dcterms:W3CDTF">2026-06-19T13:06:00Z</dcterms:created>
  <dcterms:modified xsi:type="dcterms:W3CDTF">2026-06-19T13:06:00Z</dcterms:modified>
  <cp:category/>
</cp:coreProperties>
</file>